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الامير عبد القادر وبناء الامة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بوطالب/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9789961612392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