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وحي البصائر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صالح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90034033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