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حياة الأمير عبد القادر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أبوالقاسم سعد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965110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