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الأمة الجزائرية نشأتها وتطورها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محفوظ سماتي/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9789961611951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