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المقاومة الجزائرية للإستعمار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