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تاريخ الجزائر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