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الليبيون والثورة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خليفة أبو لسين/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