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الديبلوماسي للحكومة المؤقتة للجمهورية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