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النقيب سي مراد ( عبد الرحمن كريمي)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ج. حنفي/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9789961671849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