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الفرنسية في الصحراء الجزائرية 1844-1916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عميراوي احميده/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9789947262191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