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....وما خطر على بال بشر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جغابة/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9789961670422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