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الصروف في تاريخ الصحراء وسوف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محمد الساسي العوامر/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9789961905579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