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بطولات المرأة الجزائرية في الثورة وجرائم الاستعمار الفرنسي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قنطاري/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9961545046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