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الأمير عبد القادر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