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 في مبادئ حزب البعث الإشتراكي 1954-1962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جرجيس سليمان خندي/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