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الموسوعي لمصطلحات الثورة الجزائرية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0300233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