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فرسان....الحرية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9789961665848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