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الأرواح الشاغرة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بن هدوقة/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9789961649015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