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ب المقد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دي زكر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1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