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الأمير عبد القادر المفكر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9961541464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