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الجزائر العام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الرحمن بن محمد الجيلالي/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9789961672228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