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مصطفى بن بوالعيد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عثماني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9789947009581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