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التعليم التبشيري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الطاهر وعلي/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9789961611340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