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عبد القادر ذكرى العاقل وتنبيه الغافل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9961645103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