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الرافضون عبر 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9789961008232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