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ذكرياتي مع مشاهير الكفاح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قنانش/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9961645138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