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الطبقة العاملة الجزائرية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