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كيف ننسى وهذه جرائمهم؟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الصالح صديق/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9789961669457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