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صر بلا ثم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4681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