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الاوراس ابان فترة الاستعمار الفرنسي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الحميد زوزو/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9789961013847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