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الجزائر بوابة التاريخ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عمار عموره/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9789961485798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