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مؤتمر طنجة المغاربي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معمر العايب/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9789947842669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