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المرافعة الكبرى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القادر وقواق/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دحلب/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9789961612057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