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الأمير خالد الهاشمي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الرائد/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