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العلاقات الجزائرية الفرنسية 1791-1830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زروال/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دحلب/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965167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