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مثقفون في ركاب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9789961667828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