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مصالي الحاج الزعيم المفترى عليه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