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الشعب الليبي الشقيق في جهاد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90029733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