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المواقف الدولية من القضية الجزائرية 1954- 1962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مريم صغير/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9789947842652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