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المرجعيات التاريخية للدولة الجزائرية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الحميد زوزو/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9789961669525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