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فرنسا البربرية في الجزائر 1830- 1930 وانعكاساتها على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بوضرساية بوعزة/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9789947842690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