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في القديم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مبارك بن محمد الميلي/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9789947833063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