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حول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الجنيدي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9789961628713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