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poulains de la liberte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Tahar oussedik/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ENAG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16*23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965246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