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au noire masques blan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tz fan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15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