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L'la fat'ma n'soumer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9789961628867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