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diplomatie alger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lih benkobb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482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