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èse de l'Algéri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arles-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662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