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Portrait du colonisé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Albert memmi/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9789961768150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