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heroines algeriennes dans l'histoire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